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4F1B7" w14:textId="77777777" w:rsidR="00B7404E" w:rsidRPr="009E4DEA" w:rsidRDefault="00000000">
      <w:pPr>
        <w:jc w:val="center"/>
        <w:rPr>
          <w:lang w:val="ru-RU"/>
        </w:rPr>
      </w:pPr>
      <w:r w:rsidRPr="009E4DEA">
        <w:rPr>
          <w:b/>
          <w:sz w:val="32"/>
          <w:lang w:val="ru-RU"/>
        </w:rPr>
        <w:t>ТАРАСОВ СЕРГЕЙ</w:t>
      </w:r>
    </w:p>
    <w:p w14:paraId="16C9BFFE" w14:textId="77777777" w:rsidR="00B7404E" w:rsidRPr="009E4DEA" w:rsidRDefault="00000000">
      <w:pPr>
        <w:jc w:val="center"/>
        <w:rPr>
          <w:lang w:val="ru-RU"/>
        </w:rPr>
      </w:pPr>
      <w:r>
        <w:t>📞</w:t>
      </w:r>
      <w:r w:rsidRPr="009E4DEA">
        <w:rPr>
          <w:lang w:val="ru-RU"/>
        </w:rPr>
        <w:t xml:space="preserve"> +7 (951) 193-33-18 | ✉ </w:t>
      </w:r>
      <w:r>
        <w:t>thekocapb</w:t>
      </w:r>
      <w:r w:rsidRPr="009E4DEA">
        <w:rPr>
          <w:lang w:val="ru-RU"/>
        </w:rPr>
        <w:t>@</w:t>
      </w:r>
      <w:r>
        <w:t>gmail</w:t>
      </w:r>
      <w:r w:rsidRPr="009E4DEA">
        <w:rPr>
          <w:lang w:val="ru-RU"/>
        </w:rPr>
        <w:t>.</w:t>
      </w:r>
      <w:r>
        <w:t>com</w:t>
      </w:r>
      <w:r w:rsidRPr="009E4DEA">
        <w:rPr>
          <w:lang w:val="ru-RU"/>
        </w:rPr>
        <w:t xml:space="preserve"> | </w:t>
      </w:r>
      <w:r>
        <w:t>💬</w:t>
      </w:r>
      <w:r w:rsidRPr="009E4DEA">
        <w:rPr>
          <w:lang w:val="ru-RU"/>
        </w:rPr>
        <w:t xml:space="preserve"> </w:t>
      </w:r>
      <w:r>
        <w:t>Telegram</w:t>
      </w:r>
      <w:r w:rsidRPr="009E4DEA">
        <w:rPr>
          <w:lang w:val="ru-RU"/>
        </w:rPr>
        <w:t>: @</w:t>
      </w:r>
      <w:r>
        <w:t>TheKocapb</w:t>
      </w:r>
      <w:r w:rsidRPr="009E4DEA">
        <w:rPr>
          <w:lang w:val="ru-RU"/>
        </w:rPr>
        <w:br/>
        <w:t>Ижевск, РФ | Готов к переезду (Казань, Москва, Пермь, СПб) | Командировки — да</w:t>
      </w:r>
      <w:r w:rsidRPr="009E4DEA">
        <w:rPr>
          <w:lang w:val="ru-RU"/>
        </w:rPr>
        <w:br/>
        <w:t xml:space="preserve">Языки: Русский — родной | Английский — </w:t>
      </w:r>
      <w:r>
        <w:t>B</w:t>
      </w:r>
      <w:r w:rsidRPr="009E4DEA">
        <w:rPr>
          <w:lang w:val="ru-RU"/>
        </w:rPr>
        <w:t>2</w:t>
      </w:r>
    </w:p>
    <w:p w14:paraId="54D723D3" w14:textId="77777777" w:rsidR="00B7404E" w:rsidRPr="009E4DEA" w:rsidRDefault="00000000">
      <w:pPr>
        <w:rPr>
          <w:lang w:val="ru-RU"/>
        </w:rPr>
      </w:pPr>
      <w:r w:rsidRPr="009E4DEA">
        <w:rPr>
          <w:lang w:val="ru-RU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5C864A77" w14:textId="77777777" w:rsidR="00B7404E" w:rsidRPr="009E4DEA" w:rsidRDefault="00000000">
      <w:pPr>
        <w:pStyle w:val="1"/>
        <w:rPr>
          <w:lang w:val="ru-RU"/>
        </w:rPr>
      </w:pPr>
      <w:r w:rsidRPr="009E4DEA">
        <w:rPr>
          <w:color w:val="003366"/>
          <w:lang w:val="ru-RU"/>
        </w:rPr>
        <w:t>ЖЕЛАЕМАЯ ДОЛЖНОСТЬ</w:t>
      </w:r>
    </w:p>
    <w:p w14:paraId="26E397E4" w14:textId="5EDBBD73" w:rsidR="00B7404E" w:rsidRPr="009E4DEA" w:rsidRDefault="00000000">
      <w:pPr>
        <w:rPr>
          <w:lang w:val="ru-RU"/>
        </w:rPr>
      </w:pPr>
      <w:r>
        <w:rPr>
          <w:b/>
        </w:rPr>
        <w:t>DevOps</w:t>
      </w:r>
      <w:r w:rsidRPr="009E4DEA">
        <w:rPr>
          <w:b/>
          <w:lang w:val="ru-RU"/>
        </w:rPr>
        <w:t>-инженер / Системный инженер / Сетевой архитектор</w:t>
      </w:r>
      <w:r w:rsidRPr="009E4DEA">
        <w:rPr>
          <w:b/>
          <w:lang w:val="ru-RU"/>
        </w:rPr>
        <w:br/>
      </w:r>
      <w:r>
        <w:t>Bitrix</w:t>
      </w:r>
      <w:r w:rsidRPr="009E4DEA">
        <w:rPr>
          <w:lang w:val="ru-RU"/>
        </w:rPr>
        <w:t xml:space="preserve">24-программист / </w:t>
      </w:r>
      <w:r>
        <w:t>Fullstack</w:t>
      </w:r>
      <w:r w:rsidRPr="009E4DEA">
        <w:rPr>
          <w:lang w:val="ru-RU"/>
        </w:rPr>
        <w:t>-разработчик</w:t>
      </w:r>
      <w:r w:rsidRPr="009E4DEA">
        <w:rPr>
          <w:lang w:val="ru-RU"/>
        </w:rPr>
        <w:br/>
      </w:r>
      <w:r w:rsidRPr="009E4DEA">
        <w:rPr>
          <w:b/>
          <w:lang w:val="ru-RU"/>
        </w:rPr>
        <w:t xml:space="preserve">Желаемая зарплата: </w:t>
      </w:r>
      <w:r w:rsidR="009E4DEA">
        <w:rPr>
          <w:lang w:val="ru-RU"/>
        </w:rPr>
        <w:t>3</w:t>
      </w:r>
      <w:r w:rsidRPr="009E4DEA">
        <w:rPr>
          <w:lang w:val="ru-RU"/>
        </w:rPr>
        <w:t>00 000 ₽ на руки | Полная/проектная занятость | Оффис/удалённо/гибрид</w:t>
      </w:r>
    </w:p>
    <w:p w14:paraId="0446C572" w14:textId="77777777" w:rsidR="00B7404E" w:rsidRPr="009E4DEA" w:rsidRDefault="00000000">
      <w:pPr>
        <w:pStyle w:val="1"/>
        <w:rPr>
          <w:lang w:val="ru-RU"/>
        </w:rPr>
      </w:pPr>
      <w:r w:rsidRPr="009E4DEA">
        <w:rPr>
          <w:color w:val="003366"/>
          <w:lang w:val="ru-RU"/>
        </w:rPr>
        <w:t>ОПЫТ РАБОТЫ — 8 ЛЕТ</w:t>
      </w:r>
    </w:p>
    <w:p w14:paraId="2A11620F" w14:textId="77777777" w:rsidR="00B7404E" w:rsidRPr="009E4DEA" w:rsidRDefault="00000000">
      <w:pPr>
        <w:pStyle w:val="21"/>
        <w:rPr>
          <w:lang w:val="ru-RU"/>
        </w:rPr>
      </w:pPr>
      <w:r>
        <w:rPr>
          <w:color w:val="006699"/>
        </w:rPr>
        <w:t>DevOps</w:t>
      </w:r>
      <w:r w:rsidRPr="009E4DEA">
        <w:rPr>
          <w:color w:val="006699"/>
          <w:lang w:val="ru-RU"/>
        </w:rPr>
        <w:t xml:space="preserve">-инженер / Разработчик (Личный проект, под </w:t>
      </w:r>
      <w:r>
        <w:rPr>
          <w:color w:val="006699"/>
        </w:rPr>
        <w:t>NDA</w:t>
      </w:r>
      <w:r w:rsidRPr="009E4DEA">
        <w:rPr>
          <w:color w:val="006699"/>
          <w:lang w:val="ru-RU"/>
        </w:rPr>
        <w:t>)</w:t>
      </w:r>
    </w:p>
    <w:p w14:paraId="77EBA366" w14:textId="77777777" w:rsidR="00B7404E" w:rsidRDefault="00000000">
      <w:r>
        <w:rPr>
          <w:i/>
        </w:rPr>
        <w:t>Август 2024 — настоящее время</w:t>
      </w:r>
    </w:p>
    <w:p w14:paraId="25E88AF9" w14:textId="77777777" w:rsidR="00B7404E" w:rsidRPr="009E4DEA" w:rsidRDefault="00000000">
      <w:pPr>
        <w:pStyle w:val="a0"/>
        <w:rPr>
          <w:lang w:val="ru-RU"/>
        </w:rPr>
      </w:pPr>
      <w:r w:rsidRPr="009E4DEA">
        <w:rPr>
          <w:lang w:val="ru-RU"/>
        </w:rPr>
        <w:t>Инфраструктурная и серверная сторона проекта автоматизации:</w:t>
      </w:r>
    </w:p>
    <w:p w14:paraId="6528434D" w14:textId="77777777" w:rsidR="00B7404E" w:rsidRPr="009E4DEA" w:rsidRDefault="00000000">
      <w:pPr>
        <w:pStyle w:val="20"/>
        <w:rPr>
          <w:lang w:val="ru-RU"/>
        </w:rPr>
      </w:pPr>
      <w:r w:rsidRPr="009E4DEA">
        <w:rPr>
          <w:lang w:val="ru-RU"/>
        </w:rPr>
        <w:t xml:space="preserve">Администрирование серверной инфраструктуры: </w:t>
      </w:r>
      <w:r>
        <w:t>Docker</w:t>
      </w:r>
      <w:r w:rsidRPr="009E4DEA">
        <w:rPr>
          <w:lang w:val="ru-RU"/>
        </w:rPr>
        <w:t xml:space="preserve">, </w:t>
      </w:r>
      <w:r>
        <w:t>Docker</w:t>
      </w:r>
      <w:r w:rsidRPr="009E4DEA">
        <w:rPr>
          <w:lang w:val="ru-RU"/>
        </w:rPr>
        <w:t xml:space="preserve"> </w:t>
      </w:r>
      <w:r>
        <w:t>Compose</w:t>
      </w:r>
      <w:r w:rsidRPr="009E4DEA">
        <w:rPr>
          <w:lang w:val="ru-RU"/>
        </w:rPr>
        <w:t>, контейнеризация сервисов</w:t>
      </w:r>
    </w:p>
    <w:p w14:paraId="54AAE0CD" w14:textId="77777777" w:rsidR="00B7404E" w:rsidRPr="009E4DEA" w:rsidRDefault="00000000">
      <w:pPr>
        <w:pStyle w:val="20"/>
        <w:rPr>
          <w:lang w:val="ru-RU"/>
        </w:rPr>
      </w:pPr>
      <w:r w:rsidRPr="009E4DEA">
        <w:rPr>
          <w:lang w:val="ru-RU"/>
        </w:rPr>
        <w:t xml:space="preserve">Базы данных: </w:t>
      </w:r>
      <w:r>
        <w:t>MySQL</w:t>
      </w:r>
      <w:r w:rsidRPr="009E4DEA">
        <w:rPr>
          <w:lang w:val="ru-RU"/>
        </w:rPr>
        <w:t xml:space="preserve"> (администрирование, проектирование схем), </w:t>
      </w:r>
      <w:r>
        <w:t>phpMyAdmin</w:t>
      </w:r>
      <w:r w:rsidRPr="009E4DEA">
        <w:rPr>
          <w:lang w:val="ru-RU"/>
        </w:rPr>
        <w:t>, репликация и миграции</w:t>
      </w:r>
    </w:p>
    <w:p w14:paraId="3A7EEDAB" w14:textId="77777777" w:rsidR="00B7404E" w:rsidRPr="009E4DEA" w:rsidRDefault="00000000">
      <w:pPr>
        <w:pStyle w:val="20"/>
        <w:rPr>
          <w:lang w:val="ru-RU"/>
        </w:rPr>
      </w:pPr>
      <w:r w:rsidRPr="009E4DEA">
        <w:rPr>
          <w:lang w:val="ru-RU"/>
        </w:rPr>
        <w:t xml:space="preserve">Брокеры сообщений: </w:t>
      </w:r>
      <w:r>
        <w:t>RabbitMQ</w:t>
      </w:r>
      <w:r w:rsidRPr="009E4DEA">
        <w:rPr>
          <w:lang w:val="ru-RU"/>
        </w:rPr>
        <w:t xml:space="preserve"> (настройка очередей, интеграция между сервисами)</w:t>
      </w:r>
    </w:p>
    <w:p w14:paraId="327080C1" w14:textId="77777777" w:rsidR="00B7404E" w:rsidRDefault="00000000">
      <w:pPr>
        <w:pStyle w:val="20"/>
      </w:pPr>
      <w:r>
        <w:t>Backend-разработка: Node.js, Express, REST API, Webhooks</w:t>
      </w:r>
    </w:p>
    <w:p w14:paraId="21083878" w14:textId="77777777" w:rsidR="00B7404E" w:rsidRDefault="00000000">
      <w:pPr>
        <w:pStyle w:val="20"/>
      </w:pPr>
      <w:r>
        <w:t>Интеграции: Telegram Bot API, REST-сервисы (внешние API)</w:t>
      </w:r>
    </w:p>
    <w:p w14:paraId="536B0A97" w14:textId="77777777" w:rsidR="00B7404E" w:rsidRPr="009E4DEA" w:rsidRDefault="00000000">
      <w:pPr>
        <w:pStyle w:val="20"/>
        <w:rPr>
          <w:lang w:val="ru-RU"/>
        </w:rPr>
      </w:pPr>
      <w:r>
        <w:t>DevOps</w:t>
      </w:r>
      <w:r w:rsidRPr="009E4DEA">
        <w:rPr>
          <w:lang w:val="ru-RU"/>
        </w:rPr>
        <w:t xml:space="preserve">-методики: </w:t>
      </w:r>
      <w:r>
        <w:t>CI</w:t>
      </w:r>
      <w:r w:rsidRPr="009E4DEA">
        <w:rPr>
          <w:lang w:val="ru-RU"/>
        </w:rPr>
        <w:t>/</w:t>
      </w:r>
      <w:r>
        <w:t>CD</w:t>
      </w:r>
      <w:r w:rsidRPr="009E4DEA">
        <w:rPr>
          <w:lang w:val="ru-RU"/>
        </w:rPr>
        <w:t xml:space="preserve">, управление окружениями, </w:t>
      </w:r>
      <w:r>
        <w:t>env</w:t>
      </w:r>
      <w:r w:rsidRPr="009E4DEA">
        <w:rPr>
          <w:lang w:val="ru-RU"/>
        </w:rPr>
        <w:t>-конфигурация, мониторинг</w:t>
      </w:r>
    </w:p>
    <w:p w14:paraId="4C822922" w14:textId="77777777" w:rsidR="00B7404E" w:rsidRPr="009E4DEA" w:rsidRDefault="00000000">
      <w:pPr>
        <w:pStyle w:val="20"/>
        <w:rPr>
          <w:lang w:val="ru-RU"/>
        </w:rPr>
      </w:pPr>
      <w:r w:rsidRPr="009E4DEA">
        <w:rPr>
          <w:lang w:val="ru-RU"/>
        </w:rPr>
        <w:t xml:space="preserve">Работа с микросервисной архитектурой, связка 3+ серверов через </w:t>
      </w:r>
      <w:r>
        <w:t>API</w:t>
      </w:r>
    </w:p>
    <w:p w14:paraId="3870D4DE" w14:textId="77777777" w:rsidR="00B7404E" w:rsidRPr="009E4DEA" w:rsidRDefault="00000000">
      <w:pPr>
        <w:pStyle w:val="21"/>
        <w:rPr>
          <w:lang w:val="ru-RU"/>
        </w:rPr>
      </w:pPr>
      <w:r w:rsidRPr="009E4DEA">
        <w:rPr>
          <w:color w:val="006699"/>
          <w:lang w:val="ru-RU"/>
        </w:rPr>
        <w:t xml:space="preserve">Разработчик / Архитектор </w:t>
      </w:r>
      <w:r>
        <w:rPr>
          <w:color w:val="006699"/>
        </w:rPr>
        <w:t>n</w:t>
      </w:r>
      <w:r w:rsidRPr="009E4DEA">
        <w:rPr>
          <w:color w:val="006699"/>
          <w:lang w:val="ru-RU"/>
        </w:rPr>
        <w:t>8</w:t>
      </w:r>
      <w:r>
        <w:rPr>
          <w:color w:val="006699"/>
        </w:rPr>
        <w:t>n</w:t>
      </w:r>
      <w:r w:rsidRPr="009E4DEA">
        <w:rPr>
          <w:color w:val="006699"/>
          <w:lang w:val="ru-RU"/>
        </w:rPr>
        <w:t>-</w:t>
      </w:r>
      <w:r>
        <w:rPr>
          <w:color w:val="006699"/>
        </w:rPr>
        <w:t>Telegram</w:t>
      </w:r>
      <w:r w:rsidRPr="009E4DEA">
        <w:rPr>
          <w:color w:val="006699"/>
          <w:lang w:val="ru-RU"/>
        </w:rPr>
        <w:t>-</w:t>
      </w:r>
      <w:r>
        <w:rPr>
          <w:color w:val="006699"/>
        </w:rPr>
        <w:t>Manager</w:t>
      </w:r>
    </w:p>
    <w:p w14:paraId="5BA3287B" w14:textId="77777777" w:rsidR="00B7404E" w:rsidRPr="009E4DEA" w:rsidRDefault="00000000">
      <w:pPr>
        <w:rPr>
          <w:lang w:val="ru-RU"/>
        </w:rPr>
      </w:pPr>
      <w:r w:rsidRPr="009E4DEA">
        <w:rPr>
          <w:i/>
          <w:lang w:val="ru-RU"/>
        </w:rPr>
        <w:t>Личный проект</w:t>
      </w:r>
    </w:p>
    <w:p w14:paraId="1D54DCBD" w14:textId="77777777" w:rsidR="00B7404E" w:rsidRPr="009E4DEA" w:rsidRDefault="00000000">
      <w:pPr>
        <w:pStyle w:val="a0"/>
        <w:rPr>
          <w:lang w:val="ru-RU"/>
        </w:rPr>
      </w:pPr>
      <w:r w:rsidRPr="009E4DEA">
        <w:rPr>
          <w:lang w:val="ru-RU"/>
        </w:rPr>
        <w:t xml:space="preserve">Автоматизация управления </w:t>
      </w:r>
      <w:r>
        <w:t>Telegram</w:t>
      </w:r>
      <w:r w:rsidRPr="009E4DEA">
        <w:rPr>
          <w:lang w:val="ru-RU"/>
        </w:rPr>
        <w:t>/</w:t>
      </w:r>
      <w:r>
        <w:t>Max</w:t>
      </w:r>
      <w:r w:rsidRPr="009E4DEA">
        <w:rPr>
          <w:lang w:val="ru-RU"/>
        </w:rPr>
        <w:t>-сессиями:</w:t>
      </w:r>
    </w:p>
    <w:p w14:paraId="5BA50145" w14:textId="77777777" w:rsidR="00B7404E" w:rsidRPr="009E4DEA" w:rsidRDefault="00000000">
      <w:pPr>
        <w:pStyle w:val="20"/>
        <w:rPr>
          <w:lang w:val="ru-RU"/>
        </w:rPr>
      </w:pPr>
      <w:r w:rsidRPr="009E4DEA">
        <w:rPr>
          <w:lang w:val="ru-RU"/>
        </w:rPr>
        <w:t>Разработка системы управления сессиями (</w:t>
      </w:r>
      <w:r>
        <w:t>Session</w:t>
      </w:r>
      <w:r w:rsidRPr="009E4DEA">
        <w:rPr>
          <w:lang w:val="ru-RU"/>
        </w:rPr>
        <w:t xml:space="preserve"> </w:t>
      </w:r>
      <w:r>
        <w:t>Manager</w:t>
      </w:r>
      <w:r w:rsidRPr="009E4DEA">
        <w:rPr>
          <w:lang w:val="ru-RU"/>
        </w:rPr>
        <w:t xml:space="preserve">) для </w:t>
      </w:r>
      <w:r>
        <w:t>Telegram</w:t>
      </w:r>
      <w:r w:rsidRPr="009E4DEA">
        <w:rPr>
          <w:lang w:val="ru-RU"/>
        </w:rPr>
        <w:t xml:space="preserve"> и </w:t>
      </w:r>
      <w:r>
        <w:t>Max</w:t>
      </w:r>
      <w:r w:rsidRPr="009E4DEA">
        <w:rPr>
          <w:lang w:val="ru-RU"/>
        </w:rPr>
        <w:t xml:space="preserve"> (</w:t>
      </w:r>
      <w:r>
        <w:t>OneMe</w:t>
      </w:r>
      <w:r w:rsidRPr="009E4DEA">
        <w:rPr>
          <w:lang w:val="ru-RU"/>
        </w:rPr>
        <w:t>)</w:t>
      </w:r>
    </w:p>
    <w:p w14:paraId="642EA043" w14:textId="77777777" w:rsidR="00B7404E" w:rsidRPr="009E4DEA" w:rsidRDefault="00000000">
      <w:pPr>
        <w:pStyle w:val="20"/>
        <w:rPr>
          <w:lang w:val="ru-RU"/>
        </w:rPr>
      </w:pPr>
      <w:r w:rsidRPr="009E4DEA">
        <w:rPr>
          <w:lang w:val="ru-RU"/>
        </w:rPr>
        <w:t xml:space="preserve">Интеграция с </w:t>
      </w:r>
      <w:r>
        <w:t>n</w:t>
      </w:r>
      <w:r w:rsidRPr="009E4DEA">
        <w:rPr>
          <w:lang w:val="ru-RU"/>
        </w:rPr>
        <w:t>8</w:t>
      </w:r>
      <w:r>
        <w:t>n</w:t>
      </w:r>
      <w:r w:rsidRPr="009E4DEA">
        <w:rPr>
          <w:lang w:val="ru-RU"/>
        </w:rPr>
        <w:t xml:space="preserve"> (</w:t>
      </w:r>
      <w:r>
        <w:t>low</w:t>
      </w:r>
      <w:r w:rsidRPr="009E4DEA">
        <w:rPr>
          <w:lang w:val="ru-RU"/>
        </w:rPr>
        <w:t>-</w:t>
      </w:r>
      <w:r>
        <w:t>code</w:t>
      </w:r>
      <w:r w:rsidRPr="009E4DEA">
        <w:rPr>
          <w:lang w:val="ru-RU"/>
        </w:rPr>
        <w:t xml:space="preserve"> платформа) для построения бизнес-логики</w:t>
      </w:r>
    </w:p>
    <w:p w14:paraId="6BC70F44" w14:textId="77777777" w:rsidR="00B7404E" w:rsidRPr="009E4DEA" w:rsidRDefault="00000000">
      <w:pPr>
        <w:pStyle w:val="20"/>
        <w:rPr>
          <w:lang w:val="ru-RU"/>
        </w:rPr>
      </w:pPr>
      <w:r w:rsidRPr="009E4DEA">
        <w:rPr>
          <w:lang w:val="ru-RU"/>
        </w:rPr>
        <w:t xml:space="preserve">Уведомления и обработка диалогов, включая </w:t>
      </w:r>
      <w:r>
        <w:t>AI</w:t>
      </w:r>
      <w:r w:rsidRPr="009E4DEA">
        <w:rPr>
          <w:lang w:val="ru-RU"/>
        </w:rPr>
        <w:t>-диалоги</w:t>
      </w:r>
    </w:p>
    <w:p w14:paraId="4EA1973E" w14:textId="77777777" w:rsidR="00B7404E" w:rsidRDefault="00000000">
      <w:pPr>
        <w:pStyle w:val="20"/>
      </w:pPr>
      <w:r>
        <w:t>Docker-контейнеризация всех сервисов</w:t>
      </w:r>
    </w:p>
    <w:p w14:paraId="283402F6" w14:textId="77777777" w:rsidR="00B7404E" w:rsidRPr="009E4DEA" w:rsidRDefault="00000000">
      <w:pPr>
        <w:pStyle w:val="20"/>
        <w:rPr>
          <w:lang w:val="ru-RU"/>
        </w:rPr>
      </w:pPr>
      <w:r w:rsidRPr="009E4DEA">
        <w:rPr>
          <w:lang w:val="ru-RU"/>
        </w:rPr>
        <w:t>Система уведомлений (</w:t>
      </w:r>
      <w:r>
        <w:t>Email</w:t>
      </w:r>
      <w:r w:rsidRPr="009E4DEA">
        <w:rPr>
          <w:lang w:val="ru-RU"/>
        </w:rPr>
        <w:t xml:space="preserve"> → </w:t>
      </w:r>
      <w:r>
        <w:t>Telegram</w:t>
      </w:r>
      <w:r w:rsidRPr="009E4DEA">
        <w:rPr>
          <w:lang w:val="ru-RU"/>
        </w:rPr>
        <w:t xml:space="preserve"> → </w:t>
      </w:r>
      <w:r>
        <w:t>Max</w:t>
      </w:r>
      <w:r w:rsidRPr="009E4DEA">
        <w:rPr>
          <w:lang w:val="ru-RU"/>
        </w:rPr>
        <w:t>) с каскадной логикой</w:t>
      </w:r>
    </w:p>
    <w:p w14:paraId="6E625E3F" w14:textId="77777777" w:rsidR="00B7404E" w:rsidRPr="009E4DEA" w:rsidRDefault="00000000">
      <w:pPr>
        <w:pStyle w:val="20"/>
        <w:rPr>
          <w:lang w:val="ru-RU"/>
        </w:rPr>
      </w:pPr>
      <w:r w:rsidRPr="009E4DEA">
        <w:rPr>
          <w:lang w:val="ru-RU"/>
        </w:rPr>
        <w:t xml:space="preserve">Интеграция с существующими </w:t>
      </w:r>
      <w:r>
        <w:t>REST</w:t>
      </w:r>
      <w:r w:rsidRPr="009E4DEA">
        <w:rPr>
          <w:lang w:val="ru-RU"/>
        </w:rPr>
        <w:t>-сервисами (</w:t>
      </w:r>
      <w:r>
        <w:t>YClients</w:t>
      </w:r>
      <w:r w:rsidRPr="009E4DEA">
        <w:rPr>
          <w:lang w:val="ru-RU"/>
        </w:rPr>
        <w:t>)</w:t>
      </w:r>
    </w:p>
    <w:p w14:paraId="4EC690A5" w14:textId="77777777" w:rsidR="00B7404E" w:rsidRDefault="00000000">
      <w:r>
        <w:rPr>
          <w:b/>
        </w:rPr>
        <w:lastRenderedPageBreak/>
        <w:t xml:space="preserve">Стек: </w:t>
      </w:r>
      <w:r>
        <w:t>Docker, Docker Compose, MySQL, RabbitMQ, Node.js, Python, REST API, Telegram/Max API</w:t>
      </w:r>
    </w:p>
    <w:p w14:paraId="32A7EA3A" w14:textId="77777777" w:rsidR="00B7404E" w:rsidRDefault="00000000">
      <w:pPr>
        <w:pStyle w:val="21"/>
      </w:pPr>
      <w:r>
        <w:rPr>
          <w:color w:val="006699"/>
        </w:rPr>
        <w:t>Разработчик / Разработчик Bitrix24 | ООО «РЕГОР» (regorstroinnovatsii.bitrix24.ru)</w:t>
      </w:r>
    </w:p>
    <w:p w14:paraId="6ED17634" w14:textId="77777777" w:rsidR="00B7404E" w:rsidRDefault="00000000">
      <w:r>
        <w:rPr>
          <w:i/>
        </w:rPr>
        <w:t>Март — Июнь 2025 | Проектная работа</w:t>
      </w:r>
    </w:p>
    <w:p w14:paraId="74B09F80" w14:textId="77777777" w:rsidR="00B7404E" w:rsidRDefault="00000000">
      <w:pPr>
        <w:pStyle w:val="20"/>
      </w:pPr>
      <w:r>
        <w:t>Развёртывание и настройка сетевой инфраструктуры (KEENETIC, VLAN, VPN)</w:t>
      </w:r>
    </w:p>
    <w:p w14:paraId="36E3E005" w14:textId="77777777" w:rsidR="00B7404E" w:rsidRDefault="00000000">
      <w:pPr>
        <w:pStyle w:val="20"/>
      </w:pPr>
      <w:r>
        <w:t>Администрирование Wi-Fi: KEENETIC Giga + ретранслятор, сеть принтеров (Pantum)</w:t>
      </w:r>
    </w:p>
    <w:p w14:paraId="5F15F6A8" w14:textId="77777777" w:rsidR="00B7404E" w:rsidRDefault="00000000">
      <w:pPr>
        <w:pStyle w:val="20"/>
      </w:pPr>
      <w:r>
        <w:t>Настройка и интеграция виртуальной АТС (MegaPBX)</w:t>
      </w:r>
    </w:p>
    <w:p w14:paraId="68A478E0" w14:textId="77777777" w:rsidR="00B7404E" w:rsidRDefault="00000000">
      <w:pPr>
        <w:pStyle w:val="20"/>
      </w:pPr>
      <w:r>
        <w:t>Bitrix24: разработка БП «Оплата счёта» (контроль сумм, вложения, авто-уведомление)</w:t>
      </w:r>
    </w:p>
    <w:p w14:paraId="08BE0E28" w14:textId="77777777" w:rsidR="00B7404E" w:rsidRDefault="00000000">
      <w:pPr>
        <w:pStyle w:val="20"/>
      </w:pPr>
      <w:r>
        <w:t>Bitrix24: разработка БП «Увольнение вахтовика» (генерация документов, табелей)</w:t>
      </w:r>
    </w:p>
    <w:p w14:paraId="7E31D3C4" w14:textId="77777777" w:rsidR="00B7404E" w:rsidRDefault="00000000">
      <w:pPr>
        <w:pStyle w:val="20"/>
      </w:pPr>
      <w:r>
        <w:t>Интеграция Bitrix24 с внешними сервисами (Avito, hh.ru), распределение лидов</w:t>
      </w:r>
    </w:p>
    <w:p w14:paraId="58961218" w14:textId="77777777" w:rsidR="00B7404E" w:rsidRDefault="00000000">
      <w:pPr>
        <w:pStyle w:val="20"/>
      </w:pPr>
      <w:r>
        <w:t>Автоматическая отчётность (количество звонков, время на линии, стадии лидов)</w:t>
      </w:r>
    </w:p>
    <w:p w14:paraId="1041015B" w14:textId="77777777" w:rsidR="00B7404E" w:rsidRDefault="00000000">
      <w:pPr>
        <w:pStyle w:val="20"/>
      </w:pPr>
      <w:r>
        <w:t>REST API-интеграции, настройка виртуальной АТС внутри Bitrix</w:t>
      </w:r>
    </w:p>
    <w:p w14:paraId="28DDC359" w14:textId="77777777" w:rsidR="00B7404E" w:rsidRDefault="00000000">
      <w:pPr>
        <w:pStyle w:val="21"/>
      </w:pPr>
      <w:r>
        <w:rPr>
          <w:color w:val="006699"/>
        </w:rPr>
        <w:t>Специалист технической поддержки / Системный администратор | ЗСЛ СОЮЗ</w:t>
      </w:r>
    </w:p>
    <w:p w14:paraId="5E9BE527" w14:textId="77777777" w:rsidR="00B7404E" w:rsidRDefault="00000000">
      <w:r>
        <w:rPr>
          <w:i/>
        </w:rPr>
        <w:t>Ижевск | Август 2024 — Февраль 2025</w:t>
      </w:r>
    </w:p>
    <w:p w14:paraId="1DB2EF5F" w14:textId="77777777" w:rsidR="00B7404E" w:rsidRDefault="00000000">
      <w:pPr>
        <w:pStyle w:val="a0"/>
      </w:pPr>
      <w:r>
        <w:t>Инфраструктура:</w:t>
      </w:r>
    </w:p>
    <w:p w14:paraId="7495E00F" w14:textId="77777777" w:rsidR="00B7404E" w:rsidRDefault="00000000">
      <w:pPr>
        <w:pStyle w:val="20"/>
      </w:pPr>
      <w:r>
        <w:t>Поддержка 5+ серверов (Windows Server, Linux) и ~50 рабочих станций</w:t>
      </w:r>
    </w:p>
    <w:p w14:paraId="34C18368" w14:textId="77777777" w:rsidR="00B7404E" w:rsidRDefault="00000000">
      <w:pPr>
        <w:pStyle w:val="20"/>
      </w:pPr>
      <w:r>
        <w:t>Кластер 1С (ERP, DO, Buh_2021, HRMSoyuz, PDM) — публикация через Apache</w:t>
      </w:r>
    </w:p>
    <w:p w14:paraId="7EDAEC3E" w14:textId="77777777" w:rsidR="00B7404E" w:rsidRDefault="00000000">
      <w:pPr>
        <w:pStyle w:val="20"/>
      </w:pPr>
      <w:r>
        <w:t>Proxmox VE: управление виртуальными машинами (ВашКонсультант, iiko, ClearBat)</w:t>
      </w:r>
    </w:p>
    <w:p w14:paraId="2FA600F5" w14:textId="77777777" w:rsidR="00B7404E" w:rsidRDefault="00000000">
      <w:pPr>
        <w:pStyle w:val="20"/>
      </w:pPr>
      <w:r>
        <w:t>Hyper-V: развёртывание/управление ВМ</w:t>
      </w:r>
    </w:p>
    <w:p w14:paraId="0E7F895A" w14:textId="77777777" w:rsidR="00B7404E" w:rsidRDefault="00000000">
      <w:pPr>
        <w:pStyle w:val="20"/>
      </w:pPr>
      <w:r>
        <w:t>Сети: MPLS WAN (2 канала под 10 Гб/с), VPN (PPTP/L2TP/IPSec)</w:t>
      </w:r>
    </w:p>
    <w:p w14:paraId="4DC50D13" w14:textId="77777777" w:rsidR="00B7404E" w:rsidRDefault="00000000">
      <w:pPr>
        <w:pStyle w:val="a0"/>
      </w:pPr>
      <w:r>
        <w:t>Сети:</w:t>
      </w:r>
    </w:p>
    <w:p w14:paraId="1B936167" w14:textId="77777777" w:rsidR="00B7404E" w:rsidRDefault="00000000">
      <w:pPr>
        <w:pStyle w:val="20"/>
      </w:pPr>
      <w:r>
        <w:t>Коммутаторы L2/3: транки, VLAN, Uplink, агрегация портов</w:t>
      </w:r>
    </w:p>
    <w:p w14:paraId="000C7B8C" w14:textId="77777777" w:rsidR="00B7404E" w:rsidRDefault="00000000">
      <w:pPr>
        <w:pStyle w:val="20"/>
      </w:pPr>
      <w:r>
        <w:t>IP-телефония (MTS WebRTC, MicroSIP): SIP-транки, голосовое меню, автоответчик</w:t>
      </w:r>
    </w:p>
    <w:p w14:paraId="79EC5624" w14:textId="77777777" w:rsidR="00B7404E" w:rsidRDefault="00000000">
      <w:pPr>
        <w:pStyle w:val="20"/>
      </w:pPr>
      <w:r>
        <w:t>Замена Wi-Fi-сегмента на корпоративную сеть с существующим оборудованием</w:t>
      </w:r>
    </w:p>
    <w:p w14:paraId="7AB18A54" w14:textId="77777777" w:rsidR="00B7404E" w:rsidRDefault="00000000">
      <w:pPr>
        <w:pStyle w:val="20"/>
      </w:pPr>
      <w:r>
        <w:t>СКС: монтаж, замена коннекторов RJ45, обжим, тестирование кабеля</w:t>
      </w:r>
    </w:p>
    <w:p w14:paraId="0814ABAF" w14:textId="77777777" w:rsidR="00B7404E" w:rsidRDefault="00000000">
      <w:pPr>
        <w:pStyle w:val="20"/>
      </w:pPr>
      <w:r>
        <w:t>Разделение VLAN (цеховые сегменты), настройка IP-камер, BOOTP-фильтрация</w:t>
      </w:r>
    </w:p>
    <w:p w14:paraId="1C0B1319" w14:textId="77777777" w:rsidR="00B7404E" w:rsidRDefault="00000000">
      <w:pPr>
        <w:pStyle w:val="21"/>
      </w:pPr>
      <w:r>
        <w:rPr>
          <w:color w:val="006699"/>
        </w:rPr>
        <w:t>Системный администратор / Главный администратор Bitrix24 | ООО «Кофе-Лайк» УК (coffee-like.com)</w:t>
      </w:r>
    </w:p>
    <w:p w14:paraId="6FE8543C" w14:textId="77777777" w:rsidR="00B7404E" w:rsidRDefault="00000000">
      <w:r>
        <w:rPr>
          <w:i/>
        </w:rPr>
        <w:t>Ижевск | Июнь 2023 — Август 2024</w:t>
      </w:r>
    </w:p>
    <w:p w14:paraId="3EF47DCE" w14:textId="77777777" w:rsidR="00B7404E" w:rsidRDefault="00000000">
      <w:pPr>
        <w:pStyle w:val="a0"/>
      </w:pPr>
      <w:r>
        <w:t>Инфраструктура:</w:t>
      </w:r>
    </w:p>
    <w:p w14:paraId="448B12FD" w14:textId="77777777" w:rsidR="00B7404E" w:rsidRDefault="00000000">
      <w:pPr>
        <w:pStyle w:val="20"/>
      </w:pPr>
      <w:r>
        <w:t>Hyper-V: управление ВМ (ВашКонсультант, iiko, ClearBat, базы 1С)</w:t>
      </w:r>
    </w:p>
    <w:p w14:paraId="266454DF" w14:textId="77777777" w:rsidR="00B7404E" w:rsidRDefault="00000000">
      <w:pPr>
        <w:pStyle w:val="20"/>
      </w:pPr>
      <w:r>
        <w:t>Кластер 1С (UT_Work, buh_pr, zup_work, bp_work) + SQL Server</w:t>
      </w:r>
    </w:p>
    <w:p w14:paraId="7218A422" w14:textId="77777777" w:rsidR="00B7404E" w:rsidRDefault="00000000">
      <w:pPr>
        <w:pStyle w:val="20"/>
      </w:pPr>
      <w:r>
        <w:t>VPN (1000+ узлов): PPP/L2TP/IPSec</w:t>
      </w:r>
    </w:p>
    <w:p w14:paraId="365DA43D" w14:textId="77777777" w:rsidR="00B7404E" w:rsidRDefault="00000000">
      <w:pPr>
        <w:pStyle w:val="20"/>
      </w:pPr>
      <w:r>
        <w:lastRenderedPageBreak/>
        <w:t>Linux (сервер 1С): резервное копирование</w:t>
      </w:r>
    </w:p>
    <w:p w14:paraId="4172839D" w14:textId="77777777" w:rsidR="00B7404E" w:rsidRDefault="00000000">
      <w:pPr>
        <w:pStyle w:val="a0"/>
      </w:pPr>
      <w:r>
        <w:t>Bitrix24:</w:t>
      </w:r>
    </w:p>
    <w:p w14:paraId="612FF480" w14:textId="77777777" w:rsidR="00B7404E" w:rsidRDefault="00000000">
      <w:pPr>
        <w:pStyle w:val="20"/>
      </w:pPr>
      <w:r>
        <w:t>Аудит и модернизация бизнес-процессов (CRM и не-CRM)</w:t>
      </w:r>
    </w:p>
    <w:p w14:paraId="07C3C3DF" w14:textId="77777777" w:rsidR="00B7404E" w:rsidRDefault="00000000">
      <w:pPr>
        <w:pStyle w:val="20"/>
      </w:pPr>
      <w:r>
        <w:t>Интеграция с внешними сервисами через REST API</w:t>
      </w:r>
    </w:p>
    <w:p w14:paraId="7C3DEEAA" w14:textId="77777777" w:rsidR="00B7404E" w:rsidRDefault="00000000">
      <w:pPr>
        <w:pStyle w:val="20"/>
      </w:pPr>
      <w:r>
        <w:t>Настройка пользователей, ролей, бизнес-процессов</w:t>
      </w:r>
    </w:p>
    <w:p w14:paraId="6EF9F9D9" w14:textId="77777777" w:rsidR="00B7404E" w:rsidRDefault="00000000">
      <w:pPr>
        <w:pStyle w:val="20"/>
      </w:pPr>
      <w:r>
        <w:t>Веб-разработка: правки CSS/HTML, создание лендингов</w:t>
      </w:r>
    </w:p>
    <w:p w14:paraId="06F2F10C" w14:textId="77777777" w:rsidR="00B7404E" w:rsidRDefault="00000000">
      <w:pPr>
        <w:pStyle w:val="21"/>
      </w:pPr>
      <w:r>
        <w:rPr>
          <w:color w:val="006699"/>
        </w:rPr>
        <w:t>Техник-программист | МБУ ДО «Молодёжный Центр Перспективапро» (perspektivapro.ru)</w:t>
      </w:r>
    </w:p>
    <w:p w14:paraId="31160C89" w14:textId="77777777" w:rsidR="00B7404E" w:rsidRDefault="00000000">
      <w:r>
        <w:rPr>
          <w:i/>
        </w:rPr>
        <w:t>Ижевск | Октябрь 2019 — Июнь 2023</w:t>
      </w:r>
    </w:p>
    <w:p w14:paraId="35EBBFEF" w14:textId="77777777" w:rsidR="00B7404E" w:rsidRDefault="00000000">
      <w:pPr>
        <w:pStyle w:val="20"/>
      </w:pPr>
      <w:r>
        <w:t>Поддержка 200+ пользователей, программная и аппаратная диагностика (200+ ПК/ноутбуков)</w:t>
      </w:r>
    </w:p>
    <w:p w14:paraId="302EF756" w14:textId="77777777" w:rsidR="00B7404E" w:rsidRDefault="00000000">
      <w:pPr>
        <w:pStyle w:val="20"/>
      </w:pPr>
      <w:r>
        <w:t>Внедрение единой VPN-сети</w:t>
      </w:r>
    </w:p>
    <w:p w14:paraId="14D36AF9" w14:textId="77777777" w:rsidR="00B7404E" w:rsidRDefault="00000000">
      <w:pPr>
        <w:pStyle w:val="20"/>
      </w:pPr>
      <w:r>
        <w:t>Настройка сетей, подключение оборудования (сервера, МФУ, IP-телефоны, камеры)</w:t>
      </w:r>
    </w:p>
    <w:p w14:paraId="0DBB85F0" w14:textId="77777777" w:rsidR="00B7404E" w:rsidRDefault="00000000">
      <w:pPr>
        <w:pStyle w:val="20"/>
      </w:pPr>
      <w:r>
        <w:t>Монтаж новых линий СКС, видео, телефонии</w:t>
      </w:r>
    </w:p>
    <w:p w14:paraId="6E0DF37E" w14:textId="77777777" w:rsidR="00B7404E" w:rsidRDefault="00000000">
      <w:pPr>
        <w:pStyle w:val="20"/>
      </w:pPr>
      <w:r>
        <w:t>Закупки, анализ рынка, поиск поставщиков, запрос и согласование КП</w:t>
      </w:r>
    </w:p>
    <w:p w14:paraId="28432887" w14:textId="77777777" w:rsidR="00B7404E" w:rsidRDefault="00000000">
      <w:pPr>
        <w:pStyle w:val="20"/>
      </w:pPr>
      <w:r>
        <w:t>Ускорение работы службы поддержки (сокращение времени отклика на ~30%)</w:t>
      </w:r>
    </w:p>
    <w:p w14:paraId="33769158" w14:textId="77777777" w:rsidR="00B7404E" w:rsidRDefault="00000000">
      <w:pPr>
        <w:pStyle w:val="21"/>
      </w:pPr>
      <w:r>
        <w:rPr>
          <w:color w:val="006699"/>
        </w:rPr>
        <w:t>Системный администратор, Режиссёр трансляций | РОО «Федерация Киберспорта УР» (cyberudmurtia.ru)</w:t>
      </w:r>
    </w:p>
    <w:p w14:paraId="66B2AFB0" w14:textId="77777777" w:rsidR="00B7404E" w:rsidRDefault="00000000">
      <w:r>
        <w:rPr>
          <w:i/>
        </w:rPr>
        <w:t>Ижевск | Сентябрь 2017 — настоящее время</w:t>
      </w:r>
    </w:p>
    <w:p w14:paraId="700AE128" w14:textId="77777777" w:rsidR="00B7404E" w:rsidRDefault="00000000">
      <w:pPr>
        <w:pStyle w:val="20"/>
      </w:pPr>
      <w:r>
        <w:t>Контроль 20+ ПК и 5+ серверов (физические + виртуальные, Debian/Ubuntu)</w:t>
      </w:r>
    </w:p>
    <w:p w14:paraId="6C6C9CC9" w14:textId="77777777" w:rsidR="00B7404E" w:rsidRDefault="00000000">
      <w:pPr>
        <w:pStyle w:val="20"/>
      </w:pPr>
      <w:r>
        <w:t>Разработка и деплой Esports-bot (Python, GitHub) — автоматизация турниров</w:t>
      </w:r>
    </w:p>
    <w:p w14:paraId="1DC7C288" w14:textId="77777777" w:rsidR="00B7404E" w:rsidRDefault="00000000">
      <w:pPr>
        <w:pStyle w:val="20"/>
      </w:pPr>
      <w:r>
        <w:t>Администрирование VDS/VPS</w:t>
      </w:r>
    </w:p>
    <w:p w14:paraId="137EAA75" w14:textId="77777777" w:rsidR="00B7404E" w:rsidRDefault="00000000">
      <w:pPr>
        <w:pStyle w:val="20"/>
      </w:pPr>
      <w:r>
        <w:t>Развёртывание и сопровождение: репозитории, Apache2, OpenSSL, Node.js, MySQL, PHP, phpMyAdmin</w:t>
      </w:r>
    </w:p>
    <w:p w14:paraId="7D5E162E" w14:textId="77777777" w:rsidR="00B7404E" w:rsidRDefault="00000000">
      <w:pPr>
        <w:pStyle w:val="20"/>
      </w:pPr>
      <w:r>
        <w:t>Vmix, RTMP, SRT, NDI, OBS Studio для прямых трансляций (до 12ч/сутки)</w:t>
      </w:r>
    </w:p>
    <w:p w14:paraId="1D85CE16" w14:textId="77777777" w:rsidR="00B7404E" w:rsidRDefault="00000000">
      <w:r>
        <w:br w:type="page"/>
      </w:r>
    </w:p>
    <w:p w14:paraId="313FE0B5" w14:textId="77777777" w:rsidR="00B7404E" w:rsidRDefault="00000000">
      <w:pPr>
        <w:pStyle w:val="1"/>
      </w:pPr>
      <w:r>
        <w:rPr>
          <w:color w:val="003366"/>
        </w:rPr>
        <w:lastRenderedPageBreak/>
        <w:t>НАВЫКИ</w:t>
      </w:r>
    </w:p>
    <w:p w14:paraId="7A9C5ADD" w14:textId="77777777" w:rsidR="00B7404E" w:rsidRDefault="00000000">
      <w:pPr>
        <w:pStyle w:val="31"/>
      </w:pPr>
      <w:r>
        <w:t>DevOps / Инфраструктура:</w:t>
      </w:r>
    </w:p>
    <w:p w14:paraId="5B56CBB1" w14:textId="77777777" w:rsidR="00B7404E" w:rsidRDefault="00000000">
      <w:r>
        <w:t>Docker, Docker Compose, Proxmox VE, Hyper-V, Linux (Debian/Ubuntu, CentOS), Windows Server, Apache, Nginx</w:t>
      </w:r>
    </w:p>
    <w:p w14:paraId="2BD1256F" w14:textId="77777777" w:rsidR="00B7404E" w:rsidRDefault="00000000">
      <w:pPr>
        <w:pStyle w:val="31"/>
      </w:pPr>
      <w:r>
        <w:t>Базы данных:</w:t>
      </w:r>
    </w:p>
    <w:p w14:paraId="1195EEE4" w14:textId="77777777" w:rsidR="00B7404E" w:rsidRDefault="00000000">
      <w:r>
        <w:t>MySQL, phpMyAdmin, проектирование схем, миграции</w:t>
      </w:r>
    </w:p>
    <w:p w14:paraId="3FFA52F5" w14:textId="77777777" w:rsidR="00B7404E" w:rsidRDefault="00000000">
      <w:pPr>
        <w:pStyle w:val="31"/>
      </w:pPr>
      <w:r>
        <w:t>Брокеры / Очереди:</w:t>
      </w:r>
    </w:p>
    <w:p w14:paraId="014D4857" w14:textId="77777777" w:rsidR="00B7404E" w:rsidRDefault="00000000">
      <w:r>
        <w:t>RabbitMQ</w:t>
      </w:r>
    </w:p>
    <w:p w14:paraId="0CDCE216" w14:textId="77777777" w:rsidR="00B7404E" w:rsidRDefault="00000000">
      <w:pPr>
        <w:pStyle w:val="31"/>
      </w:pPr>
      <w:r>
        <w:t>Backend-разработка:</w:t>
      </w:r>
    </w:p>
    <w:p w14:paraId="10DA2D7A" w14:textId="77777777" w:rsidR="00B7404E" w:rsidRDefault="00000000">
      <w:r>
        <w:t>Node.js (Express), REST API, Webhooks, Python, PHP/MySQL</w:t>
      </w:r>
    </w:p>
    <w:p w14:paraId="1D0F6B3D" w14:textId="77777777" w:rsidR="00B7404E" w:rsidRDefault="00000000">
      <w:pPr>
        <w:pStyle w:val="31"/>
      </w:pPr>
      <w:r>
        <w:t>Интеграции:</w:t>
      </w:r>
    </w:p>
    <w:p w14:paraId="7391D10C" w14:textId="77777777" w:rsidR="00B7404E" w:rsidRDefault="00000000">
      <w:r>
        <w:t>Bitrix24 (REST API, БП, CRM, Webhooks), Telegram Bot API, Max (OneMe) API, Google Workspace API</w:t>
      </w:r>
    </w:p>
    <w:p w14:paraId="3C0D9F4D" w14:textId="77777777" w:rsidR="00B7404E" w:rsidRDefault="00000000">
      <w:pPr>
        <w:pStyle w:val="31"/>
      </w:pPr>
      <w:r>
        <w:t>Сети / Безопасность:</w:t>
      </w:r>
    </w:p>
    <w:p w14:paraId="71A5186C" w14:textId="77777777" w:rsidR="00B7404E" w:rsidRDefault="00000000">
      <w:r>
        <w:t>MikroTik (пройдены курсы), VLAN, VPN (IPSec/L2TP/PPTP/SSTP), DHCP, DNS, IPTables, СКС</w:t>
      </w:r>
    </w:p>
    <w:p w14:paraId="65A6E410" w14:textId="77777777" w:rsidR="00B7404E" w:rsidRDefault="00000000">
      <w:pPr>
        <w:pStyle w:val="31"/>
      </w:pPr>
      <w:r>
        <w:t>Телефония / IP:</w:t>
      </w:r>
    </w:p>
    <w:p w14:paraId="4E882B54" w14:textId="77777777" w:rsidR="00B7404E" w:rsidRDefault="00000000">
      <w:r>
        <w:t>MicroSIP, ZoiPer, Yealink, SIP/MegaPBX, MTS WebRTC, виртуальные АТС</w:t>
      </w:r>
    </w:p>
    <w:p w14:paraId="58F31679" w14:textId="77777777" w:rsidR="00B7404E" w:rsidRDefault="00000000">
      <w:pPr>
        <w:pStyle w:val="31"/>
      </w:pPr>
      <w:r>
        <w:t>Инструменты:</w:t>
      </w:r>
    </w:p>
    <w:p w14:paraId="00B1FB73" w14:textId="77777777" w:rsidR="00B7404E" w:rsidRDefault="00000000">
      <w:r>
        <w:t>Git/GitHub, n8n (low-code), phpMyAdmin, Vmix, OBS, Nginx, ssl, VPS/VDS</w:t>
      </w:r>
    </w:p>
    <w:p w14:paraId="470815F0" w14:textId="77777777" w:rsidR="00B7404E" w:rsidRDefault="00000000">
      <w:pPr>
        <w:pStyle w:val="31"/>
      </w:pPr>
      <w:r>
        <w:t>Языки программирования:</w:t>
      </w:r>
    </w:p>
    <w:p w14:paraId="1C3E63A5" w14:textId="77777777" w:rsidR="00B7404E" w:rsidRDefault="00000000">
      <w:r>
        <w:t>Python, JavaScript, PHP, Bash, SQL, Shell</w:t>
      </w:r>
    </w:p>
    <w:p w14:paraId="20816C83" w14:textId="77777777" w:rsidR="00B7404E" w:rsidRDefault="00000000">
      <w:pPr>
        <w:pStyle w:val="1"/>
      </w:pPr>
      <w:r>
        <w:rPr>
          <w:color w:val="003366"/>
        </w:rPr>
        <w:t>ОБРАЗОВАНИЕ</w:t>
      </w:r>
    </w:p>
    <w:p w14:paraId="202CA094" w14:textId="77777777" w:rsidR="00B7404E" w:rsidRDefault="00000000">
      <w:r>
        <w:rPr>
          <w:b/>
        </w:rPr>
        <w:t>09.2021 | Удмуртский Государственный Университет, Ижевск</w:t>
      </w:r>
      <w:r>
        <w:rPr>
          <w:b/>
        </w:rPr>
        <w:br/>
      </w:r>
      <w:r>
        <w:t>Специальность: Техник-программист / Оператор ЭВМ</w:t>
      </w:r>
      <w:r>
        <w:br/>
        <w:t>Курсы MikroTik (RouterOS) | Курсы по сетям и системному администрированию</w:t>
      </w:r>
    </w:p>
    <w:p w14:paraId="6B191013" w14:textId="77777777" w:rsidR="00B7404E" w:rsidRDefault="00000000">
      <w:pPr>
        <w:pStyle w:val="1"/>
      </w:pPr>
      <w:r>
        <w:rPr>
          <w:color w:val="003366"/>
        </w:rPr>
        <w:t>О СЕБЕ</w:t>
      </w:r>
    </w:p>
    <w:p w14:paraId="3B8A9F97" w14:textId="77777777" w:rsidR="00B7404E" w:rsidRDefault="00000000">
      <w:r>
        <w:t>Прямолинейный, многозадачный, стрессоустойчивый, быстро вхожу в коллектив, эмпатичный. Ищу позицию DevOps-инженера / Системного инженера / Разработчика Bitrix24 с интересными масштабируемыми задачами.</w:t>
      </w:r>
    </w:p>
    <w:sectPr w:rsidR="00B7404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8808935">
    <w:abstractNumId w:val="8"/>
  </w:num>
  <w:num w:numId="2" w16cid:durableId="541870244">
    <w:abstractNumId w:val="6"/>
  </w:num>
  <w:num w:numId="3" w16cid:durableId="1242527931">
    <w:abstractNumId w:val="5"/>
  </w:num>
  <w:num w:numId="4" w16cid:durableId="1720014635">
    <w:abstractNumId w:val="4"/>
  </w:num>
  <w:num w:numId="5" w16cid:durableId="49353415">
    <w:abstractNumId w:val="7"/>
  </w:num>
  <w:num w:numId="6" w16cid:durableId="1629048217">
    <w:abstractNumId w:val="3"/>
  </w:num>
  <w:num w:numId="7" w16cid:durableId="1675457405">
    <w:abstractNumId w:val="2"/>
  </w:num>
  <w:num w:numId="8" w16cid:durableId="272790288">
    <w:abstractNumId w:val="1"/>
  </w:num>
  <w:num w:numId="9" w16cid:durableId="1500656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E4DEA"/>
    <w:rsid w:val="00AA1D8D"/>
    <w:rsid w:val="00B47730"/>
    <w:rsid w:val="00B7404E"/>
    <w:rsid w:val="00CB0664"/>
    <w:rsid w:val="00D935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64D760"/>
  <w14:defaultImageDpi w14:val="300"/>
  <w15:docId w15:val="{75CD629E-39AD-434E-BDDB-30394DCC3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Sergey Tarasov</cp:lastModifiedBy>
  <cp:revision>2</cp:revision>
  <dcterms:created xsi:type="dcterms:W3CDTF">2013-12-23T23:15:00Z</dcterms:created>
  <dcterms:modified xsi:type="dcterms:W3CDTF">2026-06-26T12:56:00Z</dcterms:modified>
  <cp:category/>
</cp:coreProperties>
</file>